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9B06A" w14:textId="1417072E" w:rsidR="001D71BC" w:rsidRPr="00625AF1" w:rsidRDefault="00160A9B">
      <w:pPr>
        <w:pStyle w:val="Title"/>
        <w:rPr>
          <w:rFonts w:ascii="Times New Roman" w:hAnsi="Times New Roman" w:cs="Times New Roman"/>
          <w:sz w:val="24"/>
          <w:szCs w:val="24"/>
        </w:rPr>
      </w:pPr>
      <w:r w:rsidRPr="00625AF1">
        <w:rPr>
          <w:rFonts w:ascii="Times New Roman" w:hAnsi="Times New Roman" w:cs="Times New Roman"/>
          <w:sz w:val="24"/>
          <w:szCs w:val="24"/>
        </w:rPr>
        <w:t>Jatavius Johnson</w:t>
      </w:r>
    </w:p>
    <w:p w14:paraId="0F21AD53" w14:textId="7DD34DB4" w:rsidR="001D71BC" w:rsidRPr="00625AF1" w:rsidRDefault="00160A9B">
      <w:pPr>
        <w:rPr>
          <w:rFonts w:ascii="Times New Roman" w:hAnsi="Times New Roman" w:cs="Times New Roman"/>
          <w:sz w:val="24"/>
          <w:szCs w:val="24"/>
        </w:rPr>
      </w:pPr>
      <w:r w:rsidRPr="00625AF1">
        <w:rPr>
          <w:rFonts w:ascii="Times New Roman" w:hAnsi="Times New Roman" w:cs="Times New Roman"/>
          <w:sz w:val="24"/>
          <w:szCs w:val="24"/>
        </w:rPr>
        <w:t xml:space="preserve">Email: </w:t>
      </w:r>
      <w:r w:rsidR="00EE1AC5" w:rsidRPr="00625AF1">
        <w:rPr>
          <w:rFonts w:ascii="Times New Roman" w:hAnsi="Times New Roman" w:cs="Times New Roman"/>
          <w:sz w:val="24"/>
          <w:szCs w:val="24"/>
        </w:rPr>
        <w:t>Toron1771</w:t>
      </w:r>
      <w:r w:rsidRPr="00625AF1">
        <w:rPr>
          <w:rFonts w:ascii="Times New Roman" w:hAnsi="Times New Roman" w:cs="Times New Roman"/>
          <w:sz w:val="24"/>
          <w:szCs w:val="24"/>
        </w:rPr>
        <w:t>@</w:t>
      </w:r>
      <w:r w:rsidR="00EE1AC5" w:rsidRPr="00625AF1">
        <w:rPr>
          <w:rFonts w:ascii="Times New Roman" w:hAnsi="Times New Roman" w:cs="Times New Roman"/>
          <w:sz w:val="24"/>
          <w:szCs w:val="24"/>
        </w:rPr>
        <w:t>g</w:t>
      </w:r>
      <w:r w:rsidRPr="00625AF1">
        <w:rPr>
          <w:rFonts w:ascii="Times New Roman" w:hAnsi="Times New Roman" w:cs="Times New Roman"/>
          <w:sz w:val="24"/>
          <w:szCs w:val="24"/>
        </w:rPr>
        <w:t xml:space="preserve">mail.com | Phone: </w:t>
      </w:r>
      <w:r w:rsidR="00EE1AC5" w:rsidRPr="00625AF1">
        <w:rPr>
          <w:rFonts w:ascii="Times New Roman" w:hAnsi="Times New Roman" w:cs="Times New Roman"/>
          <w:sz w:val="24"/>
          <w:szCs w:val="24"/>
        </w:rPr>
        <w:t>470-393-7696</w:t>
      </w:r>
      <w:r w:rsidRPr="00625AF1">
        <w:rPr>
          <w:rFonts w:ascii="Times New Roman" w:hAnsi="Times New Roman" w:cs="Times New Roman"/>
          <w:sz w:val="24"/>
          <w:szCs w:val="24"/>
        </w:rPr>
        <w:t xml:space="preserve"> | LinkedIn</w:t>
      </w:r>
      <w:r w:rsidR="00625AF1" w:rsidRPr="00625AF1">
        <w:rPr>
          <w:rFonts w:ascii="Times New Roman" w:hAnsi="Times New Roman" w:cs="Times New Roman"/>
          <w:sz w:val="24"/>
          <w:szCs w:val="24"/>
        </w:rPr>
        <w:t>: LinkedIn.com/in/</w:t>
      </w:r>
      <w:proofErr w:type="spellStart"/>
      <w:r w:rsidR="00625AF1" w:rsidRPr="00625AF1">
        <w:rPr>
          <w:rFonts w:ascii="Times New Roman" w:hAnsi="Times New Roman" w:cs="Times New Roman"/>
          <w:sz w:val="24"/>
          <w:szCs w:val="24"/>
        </w:rPr>
        <w:t>jataviusjohnson</w:t>
      </w:r>
      <w:proofErr w:type="spellEnd"/>
    </w:p>
    <w:p w14:paraId="1A030253" w14:textId="77777777" w:rsidR="001D71BC" w:rsidRPr="00625AF1" w:rsidRDefault="00160A9B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625AF1">
        <w:rPr>
          <w:rFonts w:ascii="Times New Roman" w:hAnsi="Times New Roman" w:cs="Times New Roman"/>
          <w:sz w:val="24"/>
          <w:szCs w:val="24"/>
        </w:rPr>
        <w:t>Professional Summary</w:t>
      </w:r>
    </w:p>
    <w:p w14:paraId="695F28D2" w14:textId="0E857C4F" w:rsidR="00625AF1" w:rsidRPr="00625AF1" w:rsidRDefault="00625AF1" w:rsidP="00625AF1">
      <w:pPr>
        <w:rPr>
          <w:rFonts w:ascii="Times New Roman" w:hAnsi="Times New Roman" w:cs="Times New Roman"/>
          <w:sz w:val="24"/>
          <w:szCs w:val="24"/>
        </w:rPr>
      </w:pPr>
      <w:r w:rsidRPr="00625AF1">
        <w:rPr>
          <w:rFonts w:ascii="Times New Roman" w:hAnsi="Times New Roman" w:cs="Times New Roman"/>
          <w:sz w:val="24"/>
          <w:szCs w:val="24"/>
        </w:rPr>
        <w:t>Creative writer specializing in anime-inspired storytelling, screenwriting, and digital media content. Experienced in narrative design, worldbuilding, and audience engagement across multiple platforms.</w:t>
      </w:r>
      <w:r w:rsidR="00160A9B" w:rsidRPr="00625AF1">
        <w:rPr>
          <w:rFonts w:ascii="Times New Roman" w:hAnsi="Times New Roman" w:cs="Times New Roman"/>
          <w:sz w:val="24"/>
          <w:szCs w:val="24"/>
        </w:rPr>
        <w:t xml:space="preserve"> (remote or hybrid).</w:t>
      </w:r>
    </w:p>
    <w:p w14:paraId="54B633F9" w14:textId="31FD9C3A" w:rsidR="001D71BC" w:rsidRPr="00625AF1" w:rsidRDefault="00160A9B" w:rsidP="00625AF1">
      <w:pPr>
        <w:rPr>
          <w:rFonts w:ascii="Times New Roman" w:hAnsi="Times New Roman" w:cs="Times New Roman"/>
          <w:color w:val="4F81BD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25AF1">
        <w:rPr>
          <w:rFonts w:ascii="Times New Roman" w:hAnsi="Times New Roman" w:cs="Times New Roman"/>
          <w:color w:val="4F81BD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Skills</w:t>
      </w:r>
    </w:p>
    <w:p w14:paraId="6CF4C227" w14:textId="77777777" w:rsidR="001D71BC" w:rsidRPr="00625AF1" w:rsidRDefault="00160A9B">
      <w:pPr>
        <w:rPr>
          <w:rFonts w:ascii="Times New Roman" w:hAnsi="Times New Roman" w:cs="Times New Roman"/>
          <w:sz w:val="24"/>
          <w:szCs w:val="24"/>
        </w:rPr>
      </w:pPr>
      <w:r w:rsidRPr="00625AF1">
        <w:rPr>
          <w:rFonts w:ascii="Times New Roman" w:hAnsi="Times New Roman" w:cs="Times New Roman"/>
          <w:sz w:val="24"/>
          <w:szCs w:val="24"/>
        </w:rPr>
        <w:t>• Screenwriting &amp; Story Development</w:t>
      </w:r>
      <w:r w:rsidRPr="00625AF1">
        <w:rPr>
          <w:rFonts w:ascii="Times New Roman" w:hAnsi="Times New Roman" w:cs="Times New Roman"/>
          <w:sz w:val="24"/>
          <w:szCs w:val="24"/>
        </w:rPr>
        <w:br/>
        <w:t>• Narrative Design &amp; Worldbuilding</w:t>
      </w:r>
      <w:r w:rsidRPr="00625AF1">
        <w:rPr>
          <w:rFonts w:ascii="Times New Roman" w:hAnsi="Times New Roman" w:cs="Times New Roman"/>
          <w:sz w:val="24"/>
          <w:szCs w:val="24"/>
        </w:rPr>
        <w:br/>
        <w:t>• Copywriting &amp; Content Creation</w:t>
      </w:r>
      <w:r w:rsidRPr="00625AF1">
        <w:rPr>
          <w:rFonts w:ascii="Times New Roman" w:hAnsi="Times New Roman" w:cs="Times New Roman"/>
          <w:sz w:val="24"/>
          <w:szCs w:val="24"/>
        </w:rPr>
        <w:br/>
        <w:t>• Social Media Strategy &amp; Branding</w:t>
      </w:r>
      <w:r w:rsidRPr="00625AF1">
        <w:rPr>
          <w:rFonts w:ascii="Times New Roman" w:hAnsi="Times New Roman" w:cs="Times New Roman"/>
          <w:sz w:val="24"/>
          <w:szCs w:val="24"/>
        </w:rPr>
        <w:br/>
        <w:t>• Video Editing (Adobe Premiere Pro, CapCut)</w:t>
      </w:r>
      <w:r w:rsidRPr="00625AF1">
        <w:rPr>
          <w:rFonts w:ascii="Times New Roman" w:hAnsi="Times New Roman" w:cs="Times New Roman"/>
          <w:sz w:val="24"/>
          <w:szCs w:val="24"/>
        </w:rPr>
        <w:br/>
        <w:t>• Audio Editing (Audacity, Adobe Audition)</w:t>
      </w:r>
      <w:r w:rsidRPr="00625AF1">
        <w:rPr>
          <w:rFonts w:ascii="Times New Roman" w:hAnsi="Times New Roman" w:cs="Times New Roman"/>
          <w:sz w:val="24"/>
          <w:szCs w:val="24"/>
        </w:rPr>
        <w:br/>
        <w:t>• Graphic Design (Canva, Photoshop)</w:t>
      </w:r>
      <w:r w:rsidRPr="00625AF1">
        <w:rPr>
          <w:rFonts w:ascii="Times New Roman" w:hAnsi="Times New Roman" w:cs="Times New Roman"/>
          <w:sz w:val="24"/>
          <w:szCs w:val="24"/>
        </w:rPr>
        <w:br/>
        <w:t>• Microsoft Word &amp; Google Docs</w:t>
      </w:r>
      <w:r w:rsidRPr="00625AF1">
        <w:rPr>
          <w:rFonts w:ascii="Times New Roman" w:hAnsi="Times New Roman" w:cs="Times New Roman"/>
          <w:sz w:val="24"/>
          <w:szCs w:val="24"/>
        </w:rPr>
        <w:br/>
        <w:t>• Research &amp; Script Coverage</w:t>
      </w:r>
      <w:r w:rsidRPr="00625AF1">
        <w:rPr>
          <w:rFonts w:ascii="Times New Roman" w:hAnsi="Times New Roman" w:cs="Times New Roman"/>
          <w:sz w:val="24"/>
          <w:szCs w:val="24"/>
        </w:rPr>
        <w:br/>
        <w:t>• Creative Direction &amp; Concept Development</w:t>
      </w:r>
    </w:p>
    <w:p w14:paraId="04C950A7" w14:textId="77777777" w:rsidR="001D71BC" w:rsidRPr="00625AF1" w:rsidRDefault="00160A9B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625AF1">
        <w:rPr>
          <w:rFonts w:ascii="Times New Roman" w:hAnsi="Times New Roman" w:cs="Times New Roman"/>
          <w:sz w:val="24"/>
          <w:szCs w:val="24"/>
        </w:rPr>
        <w:t>Education</w:t>
      </w:r>
    </w:p>
    <w:p w14:paraId="57D6CBB7" w14:textId="77777777" w:rsidR="00625AF1" w:rsidRPr="00625AF1" w:rsidRDefault="00160A9B" w:rsidP="00625AF1">
      <w:pPr>
        <w:rPr>
          <w:rFonts w:ascii="Times New Roman" w:hAnsi="Times New Roman" w:cs="Times New Roman"/>
          <w:sz w:val="24"/>
          <w:szCs w:val="24"/>
        </w:rPr>
      </w:pPr>
      <w:r w:rsidRPr="00625AF1">
        <w:rPr>
          <w:rFonts w:ascii="Times New Roman" w:hAnsi="Times New Roman" w:cs="Times New Roman"/>
          <w:sz w:val="24"/>
          <w:szCs w:val="24"/>
        </w:rPr>
        <w:t>Full Sail University — BFA in Creative Writing</w:t>
      </w:r>
      <w:r w:rsidRPr="00625AF1">
        <w:rPr>
          <w:rFonts w:ascii="Times New Roman" w:hAnsi="Times New Roman" w:cs="Times New Roman"/>
          <w:sz w:val="24"/>
          <w:szCs w:val="24"/>
        </w:rPr>
        <w:br/>
        <w:t>Expected Graduation: November 2027</w:t>
      </w:r>
    </w:p>
    <w:p w14:paraId="2CFBF519" w14:textId="49DDFD4C" w:rsidR="00625AF1" w:rsidRPr="00625AF1" w:rsidRDefault="00625AF1" w:rsidP="00625AF1">
      <w:pPr>
        <w:rPr>
          <w:rFonts w:ascii="Times New Roman" w:hAnsi="Times New Roman" w:cs="Times New Roman"/>
          <w:sz w:val="24"/>
          <w:szCs w:val="24"/>
        </w:rPr>
      </w:pPr>
      <w:r w:rsidRPr="00625AF1">
        <w:rPr>
          <w:rFonts w:ascii="Times New Roman" w:hAnsi="Times New Roman" w:cs="Times New Roman"/>
          <w:sz w:val="24"/>
          <w:szCs w:val="24"/>
        </w:rPr>
        <w:t>• Media Communications 3 Credit Hours</w:t>
      </w:r>
    </w:p>
    <w:p w14:paraId="58F69726" w14:textId="049F7B68" w:rsidR="00625AF1" w:rsidRPr="00625AF1" w:rsidRDefault="00625AF1" w:rsidP="00625AF1">
      <w:pPr>
        <w:rPr>
          <w:rFonts w:ascii="Times New Roman" w:hAnsi="Times New Roman" w:cs="Times New Roman"/>
          <w:sz w:val="24"/>
          <w:szCs w:val="24"/>
        </w:rPr>
      </w:pPr>
      <w:r w:rsidRPr="00625AF1">
        <w:rPr>
          <w:rFonts w:ascii="Times New Roman" w:hAnsi="Times New Roman" w:cs="Times New Roman"/>
          <w:sz w:val="24"/>
          <w:szCs w:val="24"/>
        </w:rPr>
        <w:t>• Multimedia Storytelling 3 Credit Hours</w:t>
      </w:r>
    </w:p>
    <w:p w14:paraId="74C0C7CA" w14:textId="76940A93" w:rsidR="00625AF1" w:rsidRPr="00625AF1" w:rsidRDefault="00625AF1" w:rsidP="00625AF1">
      <w:pPr>
        <w:rPr>
          <w:rFonts w:ascii="Times New Roman" w:hAnsi="Times New Roman" w:cs="Times New Roman"/>
          <w:sz w:val="24"/>
          <w:szCs w:val="24"/>
        </w:rPr>
      </w:pPr>
      <w:r w:rsidRPr="00625AF1">
        <w:rPr>
          <w:rFonts w:ascii="Times New Roman" w:hAnsi="Times New Roman" w:cs="Times New Roman"/>
          <w:sz w:val="24"/>
          <w:szCs w:val="24"/>
        </w:rPr>
        <w:t>• Scriptwriting Fundamentals 3 Credit Hours</w:t>
      </w:r>
    </w:p>
    <w:p w14:paraId="2143D8FB" w14:textId="77777777" w:rsidR="001D71BC" w:rsidRPr="00625AF1" w:rsidRDefault="00160A9B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625AF1">
        <w:rPr>
          <w:rFonts w:ascii="Times New Roman" w:hAnsi="Times New Roman" w:cs="Times New Roman"/>
          <w:sz w:val="24"/>
          <w:szCs w:val="24"/>
        </w:rPr>
        <w:t>Relevant Experience</w:t>
      </w:r>
    </w:p>
    <w:p w14:paraId="42E7DACB" w14:textId="77777777" w:rsidR="001D71BC" w:rsidRPr="00625AF1" w:rsidRDefault="00160A9B">
      <w:pPr>
        <w:rPr>
          <w:rFonts w:ascii="Times New Roman" w:hAnsi="Times New Roman" w:cs="Times New Roman"/>
          <w:sz w:val="24"/>
          <w:szCs w:val="24"/>
        </w:rPr>
      </w:pPr>
      <w:r w:rsidRPr="00625AF1">
        <w:rPr>
          <w:rFonts w:ascii="Times New Roman" w:hAnsi="Times New Roman" w:cs="Times New Roman"/>
          <w:sz w:val="24"/>
          <w:szCs w:val="24"/>
        </w:rPr>
        <w:t>Story Development Projects — Full Sail University</w:t>
      </w:r>
      <w:r w:rsidRPr="00625AF1">
        <w:rPr>
          <w:rFonts w:ascii="Times New Roman" w:hAnsi="Times New Roman" w:cs="Times New Roman"/>
          <w:sz w:val="24"/>
          <w:szCs w:val="24"/>
        </w:rPr>
        <w:br/>
        <w:t>• Developed original concepts including “Divine Echo,” “Silent Lake Lantern,” and “Ailey to B.”</w:t>
      </w:r>
      <w:r w:rsidRPr="00625AF1">
        <w:rPr>
          <w:rFonts w:ascii="Times New Roman" w:hAnsi="Times New Roman" w:cs="Times New Roman"/>
          <w:sz w:val="24"/>
          <w:szCs w:val="24"/>
        </w:rPr>
        <w:br/>
        <w:t>• Created loglines, character bios, and structured story outlines for short film scripts.</w:t>
      </w:r>
      <w:r w:rsidRPr="00625AF1">
        <w:rPr>
          <w:rFonts w:ascii="Times New Roman" w:hAnsi="Times New Roman" w:cs="Times New Roman"/>
          <w:sz w:val="24"/>
          <w:szCs w:val="24"/>
        </w:rPr>
        <w:br/>
        <w:t>• Applied industry-standard storytelling frameworks to build compelling narratives.</w:t>
      </w:r>
      <w:r w:rsidRPr="00625AF1">
        <w:rPr>
          <w:rFonts w:ascii="Times New Roman" w:hAnsi="Times New Roman" w:cs="Times New Roman"/>
          <w:sz w:val="24"/>
          <w:szCs w:val="24"/>
        </w:rPr>
        <w:br/>
      </w:r>
    </w:p>
    <w:p w14:paraId="53C16DC5" w14:textId="6D812990" w:rsidR="001D71BC" w:rsidRPr="00625AF1" w:rsidRDefault="00160A9B">
      <w:pPr>
        <w:rPr>
          <w:rFonts w:ascii="Times New Roman" w:hAnsi="Times New Roman" w:cs="Times New Roman"/>
          <w:sz w:val="24"/>
          <w:szCs w:val="24"/>
        </w:rPr>
      </w:pPr>
      <w:r w:rsidRPr="00625AF1">
        <w:rPr>
          <w:rFonts w:ascii="Times New Roman" w:hAnsi="Times New Roman" w:cs="Times New Roman"/>
          <w:sz w:val="24"/>
          <w:szCs w:val="24"/>
        </w:rPr>
        <w:t>Content Creation &amp; Branding — Diamond Universe</w:t>
      </w:r>
      <w:r w:rsidRPr="00625AF1">
        <w:rPr>
          <w:rFonts w:ascii="Times New Roman" w:hAnsi="Times New Roman" w:cs="Times New Roman"/>
          <w:sz w:val="24"/>
          <w:szCs w:val="24"/>
        </w:rPr>
        <w:br/>
        <w:t>• Produced and managed original storytelling content across YouTube, TikTok, and Twitch.</w:t>
      </w:r>
      <w:r w:rsidRPr="00625AF1">
        <w:rPr>
          <w:rFonts w:ascii="Times New Roman" w:hAnsi="Times New Roman" w:cs="Times New Roman"/>
          <w:sz w:val="24"/>
          <w:szCs w:val="24"/>
        </w:rPr>
        <w:br/>
        <w:t>• Designed brand visuals, overlays, and promotional materials.</w:t>
      </w:r>
      <w:r w:rsidRPr="00625AF1">
        <w:rPr>
          <w:rFonts w:ascii="Times New Roman" w:hAnsi="Times New Roman" w:cs="Times New Roman"/>
          <w:sz w:val="24"/>
          <w:szCs w:val="24"/>
        </w:rPr>
        <w:br/>
        <w:t>• Developed audience engagement strategies and storytelling-based content series.</w:t>
      </w:r>
    </w:p>
    <w:p w14:paraId="3E9CF81B" w14:textId="77777777" w:rsidR="001D71BC" w:rsidRPr="00625AF1" w:rsidRDefault="00160A9B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625AF1">
        <w:rPr>
          <w:rFonts w:ascii="Times New Roman" w:hAnsi="Times New Roman" w:cs="Times New Roman"/>
          <w:sz w:val="24"/>
          <w:szCs w:val="24"/>
        </w:rPr>
        <w:lastRenderedPageBreak/>
        <w:t>Additional Experience</w:t>
      </w:r>
    </w:p>
    <w:p w14:paraId="26E6FFF9" w14:textId="77777777" w:rsidR="001D71BC" w:rsidRDefault="00160A9B">
      <w:r w:rsidRPr="00625AF1">
        <w:rPr>
          <w:rFonts w:ascii="Times New Roman" w:hAnsi="Times New Roman" w:cs="Times New Roman"/>
          <w:sz w:val="24"/>
          <w:szCs w:val="24"/>
        </w:rPr>
        <w:t>Customer Service Roles</w:t>
      </w:r>
      <w:r w:rsidRPr="00625AF1">
        <w:rPr>
          <w:rFonts w:ascii="Times New Roman" w:hAnsi="Times New Roman" w:cs="Times New Roman"/>
          <w:sz w:val="24"/>
          <w:szCs w:val="24"/>
        </w:rPr>
        <w:br/>
      </w:r>
      <w:r w:rsidRPr="00EE1AC5">
        <w:rPr>
          <w:rFonts w:ascii="Times New Roman" w:hAnsi="Times New Roman" w:cs="Times New Roman"/>
          <w:sz w:val="24"/>
          <w:szCs w:val="24"/>
        </w:rPr>
        <w:t>• Demonstrated communication, teamwork, and time management skills in fast-paced environments</w:t>
      </w:r>
      <w:r>
        <w:t>.</w:t>
      </w:r>
    </w:p>
    <w:sectPr w:rsidR="001D71B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46043700">
    <w:abstractNumId w:val="8"/>
  </w:num>
  <w:num w:numId="2" w16cid:durableId="1290092841">
    <w:abstractNumId w:val="6"/>
  </w:num>
  <w:num w:numId="3" w16cid:durableId="711541358">
    <w:abstractNumId w:val="5"/>
  </w:num>
  <w:num w:numId="4" w16cid:durableId="384112112">
    <w:abstractNumId w:val="4"/>
  </w:num>
  <w:num w:numId="5" w16cid:durableId="1997032686">
    <w:abstractNumId w:val="7"/>
  </w:num>
  <w:num w:numId="6" w16cid:durableId="752898150">
    <w:abstractNumId w:val="3"/>
  </w:num>
  <w:num w:numId="7" w16cid:durableId="69158401">
    <w:abstractNumId w:val="2"/>
  </w:num>
  <w:num w:numId="8" w16cid:durableId="1073698294">
    <w:abstractNumId w:val="1"/>
  </w:num>
  <w:num w:numId="9" w16cid:durableId="1330211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60A9B"/>
    <w:rsid w:val="001D71BC"/>
    <w:rsid w:val="0029639D"/>
    <w:rsid w:val="00326F90"/>
    <w:rsid w:val="004B1D06"/>
    <w:rsid w:val="00596EE8"/>
    <w:rsid w:val="00625AF1"/>
    <w:rsid w:val="00696221"/>
    <w:rsid w:val="00842042"/>
    <w:rsid w:val="009B6E22"/>
    <w:rsid w:val="00AA1D8D"/>
    <w:rsid w:val="00B47730"/>
    <w:rsid w:val="00B55BD1"/>
    <w:rsid w:val="00CB0664"/>
    <w:rsid w:val="00D92A52"/>
    <w:rsid w:val="00EE1AC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3141A9"/>
  <w14:defaultImageDpi w14:val="300"/>
  <w15:docId w15:val="{AFD3FA47-956D-8144-9312-7699FB278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199</Words>
  <Characters>1480</Characters>
  <Application>Microsoft Office Word</Application>
  <DocSecurity>0</DocSecurity>
  <Lines>36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Jatavius Johnson</cp:lastModifiedBy>
  <cp:revision>2</cp:revision>
  <dcterms:created xsi:type="dcterms:W3CDTF">2026-03-26T14:21:00Z</dcterms:created>
  <dcterms:modified xsi:type="dcterms:W3CDTF">2026-03-26T14:21:00Z</dcterms:modified>
  <cp:category/>
</cp:coreProperties>
</file>