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B73A6" w14:textId="4B2BE1E6" w:rsidR="0015342E" w:rsidRPr="00673880" w:rsidRDefault="00000000">
      <w:pPr>
        <w:pStyle w:val="Title"/>
        <w:rPr>
          <w:rFonts w:ascii="Times New Roman" w:hAnsi="Times New Roman" w:cs="Times New Roman"/>
        </w:rPr>
      </w:pPr>
      <w:r w:rsidRPr="00673880">
        <w:rPr>
          <w:rFonts w:ascii="Times New Roman" w:hAnsi="Times New Roman" w:cs="Times New Roman"/>
        </w:rPr>
        <w:t>Jatavius Johnson</w:t>
      </w:r>
    </w:p>
    <w:p w14:paraId="7F1068F0" w14:textId="5A45084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6" w:history="1">
        <w:r w:rsidR="00673880" w:rsidRPr="008E2A3B">
          <w:rPr>
            <w:rStyle w:val="Hyperlink"/>
            <w:rFonts w:ascii="Times New Roman" w:hAnsi="Times New Roman" w:cs="Times New Roman"/>
            <w:sz w:val="24"/>
            <w:szCs w:val="24"/>
          </w:rPr>
          <w:t>JTJohnson10@student.fullsail.edu</w:t>
        </w:r>
      </w:hyperlink>
      <w:r w:rsidR="00673880" w:rsidRPr="008E2A3B">
        <w:rPr>
          <w:rFonts w:ascii="Times New Roman" w:hAnsi="Times New Roman" w:cs="Times New Roman"/>
          <w:sz w:val="24"/>
          <w:szCs w:val="24"/>
        </w:rPr>
        <w:t xml:space="preserve"> </w:t>
      </w:r>
      <w:r w:rsidRPr="008E2A3B">
        <w:rPr>
          <w:rFonts w:ascii="Times New Roman" w:hAnsi="Times New Roman" w:cs="Times New Roman"/>
          <w:sz w:val="24"/>
          <w:szCs w:val="24"/>
        </w:rPr>
        <w:t xml:space="preserve">| Phone: </w:t>
      </w:r>
      <w:r w:rsidR="00673880" w:rsidRPr="008E2A3B">
        <w:rPr>
          <w:rFonts w:ascii="Times New Roman" w:hAnsi="Times New Roman" w:cs="Times New Roman"/>
          <w:sz w:val="24"/>
          <w:szCs w:val="24"/>
        </w:rPr>
        <w:t>470-393-7696</w:t>
      </w:r>
      <w:r w:rsidRPr="008E2A3B">
        <w:rPr>
          <w:rFonts w:ascii="Times New Roman" w:hAnsi="Times New Roman" w:cs="Times New Roman"/>
          <w:sz w:val="24"/>
          <w:szCs w:val="24"/>
        </w:rPr>
        <w:t xml:space="preserve"> | </w:t>
      </w:r>
      <w:r w:rsidR="008E2A3B" w:rsidRPr="008E2A3B">
        <w:rPr>
          <w:rFonts w:ascii="Times New Roman" w:hAnsi="Times New Roman" w:cs="Times New Roman"/>
          <w:sz w:val="24"/>
          <w:szCs w:val="24"/>
        </w:rPr>
        <w:t>LinkedIn:</w:t>
      </w:r>
      <w:r w:rsidR="008E2A3B">
        <w:rPr>
          <w:rFonts w:ascii="Times New Roman" w:hAnsi="Times New Roman" w:cs="Times New Roman"/>
          <w:sz w:val="24"/>
          <w:szCs w:val="24"/>
        </w:rPr>
        <w:t xml:space="preserve"> Jatavius Johnson JTJohnson10@student.fullsail.edu</w:t>
      </w:r>
      <w:r w:rsidR="00673880" w:rsidRPr="008E2A3B">
        <w:rPr>
          <w:rFonts w:ascii="Times New Roman" w:hAnsi="Times New Roman" w:cs="Times New Roman"/>
          <w:sz w:val="24"/>
          <w:szCs w:val="24"/>
        </w:rPr>
        <w:t xml:space="preserve"> </w:t>
      </w:r>
      <w:r w:rsidR="008E2A3B">
        <w:rPr>
          <w:rFonts w:ascii="Times New Roman" w:hAnsi="Times New Roman" w:cs="Times New Roman"/>
          <w:sz w:val="24"/>
          <w:szCs w:val="24"/>
        </w:rPr>
        <w:t>Secondary Email: Kingdiamondsttv@gmail.com</w:t>
      </w:r>
      <w:r w:rsidRPr="008E2A3B">
        <w:rPr>
          <w:rFonts w:ascii="Times New Roman" w:hAnsi="Times New Roman" w:cs="Times New Roman"/>
          <w:sz w:val="24"/>
          <w:szCs w:val="24"/>
        </w:rPr>
        <w:br/>
      </w:r>
    </w:p>
    <w:p w14:paraId="3396C3E3" w14:textId="77777777" w:rsidR="0015342E" w:rsidRPr="008E2A3B" w:rsidRDefault="0000000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Professional Summary</w:t>
      </w:r>
    </w:p>
    <w:p w14:paraId="39E5A951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Creative writing and media communications student seeking freelance or contract opportunities in screenwriting, content creation, and storytelling for digital media (remote or hybrid).</w:t>
      </w:r>
    </w:p>
    <w:p w14:paraId="3A9D57B3" w14:textId="77777777" w:rsidR="0015342E" w:rsidRPr="008E2A3B" w:rsidRDefault="0000000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Skills</w:t>
      </w:r>
    </w:p>
    <w:p w14:paraId="413A4E9C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• Screenwriting &amp; Story Development</w:t>
      </w:r>
      <w:r w:rsidRPr="008E2A3B">
        <w:rPr>
          <w:rFonts w:ascii="Times New Roman" w:hAnsi="Times New Roman" w:cs="Times New Roman"/>
          <w:sz w:val="24"/>
          <w:szCs w:val="24"/>
        </w:rPr>
        <w:br/>
        <w:t>• Narrative Design &amp; Worldbuilding</w:t>
      </w:r>
      <w:r w:rsidRPr="008E2A3B">
        <w:rPr>
          <w:rFonts w:ascii="Times New Roman" w:hAnsi="Times New Roman" w:cs="Times New Roman"/>
          <w:sz w:val="24"/>
          <w:szCs w:val="24"/>
        </w:rPr>
        <w:br/>
        <w:t>• Copywriting &amp; Content Creation</w:t>
      </w:r>
      <w:r w:rsidRPr="008E2A3B">
        <w:rPr>
          <w:rFonts w:ascii="Times New Roman" w:hAnsi="Times New Roman" w:cs="Times New Roman"/>
          <w:sz w:val="24"/>
          <w:szCs w:val="24"/>
        </w:rPr>
        <w:br/>
        <w:t>• Social Media Strategy &amp; Branding</w:t>
      </w:r>
      <w:r w:rsidRPr="008E2A3B">
        <w:rPr>
          <w:rFonts w:ascii="Times New Roman" w:hAnsi="Times New Roman" w:cs="Times New Roman"/>
          <w:sz w:val="24"/>
          <w:szCs w:val="24"/>
        </w:rPr>
        <w:br/>
        <w:t>• Video Editing (Adobe Premiere Pro, CapCut)</w:t>
      </w:r>
      <w:r w:rsidRPr="008E2A3B">
        <w:rPr>
          <w:rFonts w:ascii="Times New Roman" w:hAnsi="Times New Roman" w:cs="Times New Roman"/>
          <w:sz w:val="24"/>
          <w:szCs w:val="24"/>
        </w:rPr>
        <w:br/>
        <w:t>• Audio Editing (Audacity, Adobe Audition)</w:t>
      </w:r>
      <w:r w:rsidRPr="008E2A3B">
        <w:rPr>
          <w:rFonts w:ascii="Times New Roman" w:hAnsi="Times New Roman" w:cs="Times New Roman"/>
          <w:sz w:val="24"/>
          <w:szCs w:val="24"/>
        </w:rPr>
        <w:br/>
        <w:t>• Graphic Design (Canva, Photoshop)</w:t>
      </w:r>
      <w:r w:rsidRPr="008E2A3B">
        <w:rPr>
          <w:rFonts w:ascii="Times New Roman" w:hAnsi="Times New Roman" w:cs="Times New Roman"/>
          <w:sz w:val="24"/>
          <w:szCs w:val="24"/>
        </w:rPr>
        <w:br/>
        <w:t>• Microsoft Word &amp; Google Docs</w:t>
      </w:r>
      <w:r w:rsidRPr="008E2A3B">
        <w:rPr>
          <w:rFonts w:ascii="Times New Roman" w:hAnsi="Times New Roman" w:cs="Times New Roman"/>
          <w:sz w:val="24"/>
          <w:szCs w:val="24"/>
        </w:rPr>
        <w:br/>
        <w:t>• Research &amp; Script Coverage</w:t>
      </w:r>
      <w:r w:rsidRPr="008E2A3B">
        <w:rPr>
          <w:rFonts w:ascii="Times New Roman" w:hAnsi="Times New Roman" w:cs="Times New Roman"/>
          <w:sz w:val="24"/>
          <w:szCs w:val="24"/>
        </w:rPr>
        <w:br/>
        <w:t>• Creative Direction &amp; Concept Development</w:t>
      </w:r>
    </w:p>
    <w:p w14:paraId="74E695AE" w14:textId="77777777" w:rsidR="0015342E" w:rsidRPr="008E2A3B" w:rsidRDefault="0000000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Education</w:t>
      </w:r>
    </w:p>
    <w:p w14:paraId="4D091A56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Full Sail University — BFA in Creative Writing</w:t>
      </w:r>
      <w:r w:rsidRPr="008E2A3B">
        <w:rPr>
          <w:rFonts w:ascii="Times New Roman" w:hAnsi="Times New Roman" w:cs="Times New Roman"/>
          <w:sz w:val="24"/>
          <w:szCs w:val="24"/>
        </w:rPr>
        <w:br/>
        <w:t>Expected Graduation: November 2027</w:t>
      </w:r>
    </w:p>
    <w:p w14:paraId="71444542" w14:textId="77777777" w:rsidR="0015342E" w:rsidRPr="008E2A3B" w:rsidRDefault="0000000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Relevant Experience</w:t>
      </w:r>
    </w:p>
    <w:p w14:paraId="6321E405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Story Development Projects — Full Sail University</w:t>
      </w:r>
      <w:r w:rsidRPr="008E2A3B">
        <w:rPr>
          <w:rFonts w:ascii="Times New Roman" w:hAnsi="Times New Roman" w:cs="Times New Roman"/>
          <w:sz w:val="24"/>
          <w:szCs w:val="24"/>
        </w:rPr>
        <w:br/>
        <w:t>• Developed original concepts including “Divine Echo,” “Silent Lake Lantern,” and “Ailey to B.”</w:t>
      </w:r>
      <w:r w:rsidRPr="008E2A3B">
        <w:rPr>
          <w:rFonts w:ascii="Times New Roman" w:hAnsi="Times New Roman" w:cs="Times New Roman"/>
          <w:sz w:val="24"/>
          <w:szCs w:val="24"/>
        </w:rPr>
        <w:br/>
        <w:t>• Created loglines, character bios, and structured story outlines for short film scripts.</w:t>
      </w:r>
      <w:r w:rsidRPr="008E2A3B">
        <w:rPr>
          <w:rFonts w:ascii="Times New Roman" w:hAnsi="Times New Roman" w:cs="Times New Roman"/>
          <w:sz w:val="24"/>
          <w:szCs w:val="24"/>
        </w:rPr>
        <w:br/>
        <w:t>• Applied industry-standard storytelling frameworks to build compelling narratives.</w:t>
      </w:r>
      <w:r w:rsidRPr="008E2A3B">
        <w:rPr>
          <w:rFonts w:ascii="Times New Roman" w:hAnsi="Times New Roman" w:cs="Times New Roman"/>
          <w:sz w:val="24"/>
          <w:szCs w:val="24"/>
        </w:rPr>
        <w:br/>
      </w:r>
    </w:p>
    <w:p w14:paraId="26357500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Content Creation &amp; Branding — Diamond Universe</w:t>
      </w:r>
      <w:r w:rsidRPr="008E2A3B">
        <w:rPr>
          <w:rFonts w:ascii="Times New Roman" w:hAnsi="Times New Roman" w:cs="Times New Roman"/>
          <w:sz w:val="24"/>
          <w:szCs w:val="24"/>
        </w:rPr>
        <w:br/>
        <w:t>• Produced and managed original storytelling content across YouTube, TikTok, and Twitch.</w:t>
      </w:r>
      <w:r w:rsidRPr="008E2A3B">
        <w:rPr>
          <w:rFonts w:ascii="Times New Roman" w:hAnsi="Times New Roman" w:cs="Times New Roman"/>
          <w:sz w:val="24"/>
          <w:szCs w:val="24"/>
        </w:rPr>
        <w:br/>
        <w:t>• Designed brand visuals, overlays, and promotional materials.</w:t>
      </w:r>
      <w:r w:rsidRPr="008E2A3B">
        <w:rPr>
          <w:rFonts w:ascii="Times New Roman" w:hAnsi="Times New Roman" w:cs="Times New Roman"/>
          <w:sz w:val="24"/>
          <w:szCs w:val="24"/>
        </w:rPr>
        <w:br/>
        <w:t>• Developed audience engagement strategies and storytelling-based content series.</w:t>
      </w:r>
      <w:r w:rsidRPr="008E2A3B">
        <w:rPr>
          <w:rFonts w:ascii="Times New Roman" w:hAnsi="Times New Roman" w:cs="Times New Roman"/>
          <w:sz w:val="24"/>
          <w:szCs w:val="24"/>
        </w:rPr>
        <w:br/>
      </w:r>
    </w:p>
    <w:p w14:paraId="6BD64B07" w14:textId="77777777" w:rsidR="0015342E" w:rsidRPr="008E2A3B" w:rsidRDefault="0000000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lastRenderedPageBreak/>
        <w:t>Additional Experience</w:t>
      </w:r>
    </w:p>
    <w:p w14:paraId="17093711" w14:textId="77777777" w:rsidR="0015342E" w:rsidRPr="008E2A3B" w:rsidRDefault="00000000">
      <w:pPr>
        <w:rPr>
          <w:rFonts w:ascii="Times New Roman" w:hAnsi="Times New Roman" w:cs="Times New Roman"/>
          <w:sz w:val="24"/>
          <w:szCs w:val="24"/>
        </w:rPr>
      </w:pPr>
      <w:r w:rsidRPr="008E2A3B">
        <w:rPr>
          <w:rFonts w:ascii="Times New Roman" w:hAnsi="Times New Roman" w:cs="Times New Roman"/>
          <w:sz w:val="24"/>
          <w:szCs w:val="24"/>
        </w:rPr>
        <w:t>Customer Service Roles</w:t>
      </w:r>
      <w:r w:rsidRPr="008E2A3B">
        <w:rPr>
          <w:rFonts w:ascii="Times New Roman" w:hAnsi="Times New Roman" w:cs="Times New Roman"/>
          <w:sz w:val="24"/>
          <w:szCs w:val="24"/>
        </w:rPr>
        <w:br/>
        <w:t>• Demonstrated communication, teamwork, and time management skills in fast-paced environments.</w:t>
      </w:r>
    </w:p>
    <w:sectPr w:rsidR="0015342E" w:rsidRPr="008E2A3B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07057963">
    <w:abstractNumId w:val="8"/>
  </w:num>
  <w:num w:numId="2" w16cid:durableId="622735293">
    <w:abstractNumId w:val="6"/>
  </w:num>
  <w:num w:numId="3" w16cid:durableId="181865154">
    <w:abstractNumId w:val="5"/>
  </w:num>
  <w:num w:numId="4" w16cid:durableId="1319337308">
    <w:abstractNumId w:val="4"/>
  </w:num>
  <w:num w:numId="5" w16cid:durableId="1346446897">
    <w:abstractNumId w:val="7"/>
  </w:num>
  <w:num w:numId="6" w16cid:durableId="391777648">
    <w:abstractNumId w:val="3"/>
  </w:num>
  <w:num w:numId="7" w16cid:durableId="175315719">
    <w:abstractNumId w:val="2"/>
  </w:num>
  <w:num w:numId="8" w16cid:durableId="402028508">
    <w:abstractNumId w:val="1"/>
  </w:num>
  <w:num w:numId="9" w16cid:durableId="1910385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342E"/>
    <w:rsid w:val="0029639D"/>
    <w:rsid w:val="00326F90"/>
    <w:rsid w:val="003825D3"/>
    <w:rsid w:val="00673880"/>
    <w:rsid w:val="008E2A3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A91CFE"/>
  <w14:defaultImageDpi w14:val="300"/>
  <w15:docId w15:val="{F784AD0F-BA2B-3E40-ADDD-DAD261A56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67388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3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TJohnson10@student.fullsail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Jatavius Johnson</cp:lastModifiedBy>
  <cp:revision>2</cp:revision>
  <dcterms:created xsi:type="dcterms:W3CDTF">2026-03-18T16:20:00Z</dcterms:created>
  <dcterms:modified xsi:type="dcterms:W3CDTF">2026-03-18T16:20:00Z</dcterms:modified>
  <cp:category/>
</cp:coreProperties>
</file>